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99290" w14:textId="1B2BA632" w:rsidR="00A830B9" w:rsidRPr="00A830B9" w:rsidRDefault="00A830B9" w:rsidP="00A830B9">
      <w:pPr>
        <w:pStyle w:val="Heading1"/>
        <w:spacing w:before="0" w:after="0"/>
        <w:jc w:val="center"/>
        <w:rPr>
          <w:color w:val="C00000"/>
          <w:sz w:val="24"/>
          <w:szCs w:val="24"/>
        </w:rPr>
      </w:pPr>
      <w:r w:rsidRPr="00A830B9">
        <w:rPr>
          <w:color w:val="C00000"/>
          <w:sz w:val="24"/>
          <w:szCs w:val="24"/>
        </w:rPr>
        <w:t>(Fill and mail us this copyright form along with payment slip to ijmrfjournal@gmail.com)</w:t>
      </w:r>
    </w:p>
    <w:p w14:paraId="2E8C6AE9" w14:textId="5D515227" w:rsidR="006C61C2" w:rsidRPr="00A830B9" w:rsidRDefault="00431A26">
      <w:pPr>
        <w:pStyle w:val="Heading1"/>
        <w:rPr>
          <w:sz w:val="24"/>
          <w:szCs w:val="24"/>
        </w:rPr>
      </w:pPr>
      <w:r w:rsidRPr="00A830B9">
        <w:rPr>
          <w:sz w:val="24"/>
          <w:szCs w:val="24"/>
        </w:rPr>
        <w:t>Manuscript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71"/>
        <w:gridCol w:w="7248"/>
      </w:tblGrid>
      <w:tr w:rsidR="006C61C2" w14:paraId="21983039" w14:textId="77777777" w:rsidTr="00A830B9">
        <w:trPr>
          <w:jc w:val="center"/>
        </w:trPr>
        <w:tc>
          <w:tcPr>
            <w:tcW w:w="2971" w:type="dxa"/>
            <w:shd w:val="clear" w:color="auto" w:fill="EAF2F8"/>
          </w:tcPr>
          <w:p w14:paraId="5BEE4A9A" w14:textId="77777777" w:rsidR="006C61C2" w:rsidRPr="00A830B9" w:rsidRDefault="00431A26" w:rsidP="00A830B9">
            <w:pPr>
              <w:spacing w:before="120"/>
              <w:ind w:right="99"/>
              <w:rPr>
                <w:sz w:val="20"/>
                <w:szCs w:val="18"/>
              </w:rPr>
            </w:pPr>
            <w:r w:rsidRPr="00A830B9">
              <w:rPr>
                <w:b/>
                <w:sz w:val="20"/>
                <w:szCs w:val="18"/>
              </w:rPr>
              <w:t>Paper / Manuscript Title</w:t>
            </w:r>
          </w:p>
        </w:tc>
        <w:tc>
          <w:tcPr>
            <w:tcW w:w="7248" w:type="dxa"/>
          </w:tcPr>
          <w:p w14:paraId="0163F07E" w14:textId="77777777" w:rsidR="006C61C2" w:rsidRDefault="006C61C2"/>
          <w:p w14:paraId="5FB0ED9B" w14:textId="77777777" w:rsidR="00A830B9" w:rsidRDefault="00A830B9"/>
        </w:tc>
      </w:tr>
      <w:tr w:rsidR="006C61C2" w14:paraId="66F6A5A7" w14:textId="77777777" w:rsidTr="00A830B9">
        <w:trPr>
          <w:jc w:val="center"/>
        </w:trPr>
        <w:tc>
          <w:tcPr>
            <w:tcW w:w="2971" w:type="dxa"/>
            <w:shd w:val="clear" w:color="auto" w:fill="EAF2F8"/>
          </w:tcPr>
          <w:p w14:paraId="667EB72C" w14:textId="148CA826" w:rsidR="006C61C2" w:rsidRPr="00A830B9" w:rsidRDefault="00431A26" w:rsidP="00A830B9">
            <w:pPr>
              <w:ind w:right="99"/>
              <w:rPr>
                <w:sz w:val="20"/>
                <w:szCs w:val="18"/>
              </w:rPr>
            </w:pPr>
            <w:r w:rsidRPr="00A830B9">
              <w:rPr>
                <w:b/>
                <w:sz w:val="20"/>
                <w:szCs w:val="18"/>
              </w:rPr>
              <w:t xml:space="preserve">Paper ID </w:t>
            </w:r>
          </w:p>
        </w:tc>
        <w:tc>
          <w:tcPr>
            <w:tcW w:w="7248" w:type="dxa"/>
          </w:tcPr>
          <w:p w14:paraId="2646033B" w14:textId="77777777" w:rsidR="006C61C2" w:rsidRDefault="006C61C2"/>
        </w:tc>
      </w:tr>
      <w:tr w:rsidR="006C61C2" w14:paraId="0B6F174B" w14:textId="77777777" w:rsidTr="00A830B9">
        <w:trPr>
          <w:jc w:val="center"/>
        </w:trPr>
        <w:tc>
          <w:tcPr>
            <w:tcW w:w="2971" w:type="dxa"/>
            <w:shd w:val="clear" w:color="auto" w:fill="EAF2F8"/>
          </w:tcPr>
          <w:p w14:paraId="1F3DF2DA" w14:textId="24B077F5" w:rsidR="006C61C2" w:rsidRPr="00A830B9" w:rsidRDefault="00A830B9" w:rsidP="00A830B9">
            <w:pPr>
              <w:ind w:right="99"/>
              <w:rPr>
                <w:sz w:val="20"/>
                <w:szCs w:val="18"/>
              </w:rPr>
            </w:pPr>
            <w:r w:rsidRPr="00A830B9">
              <w:rPr>
                <w:b/>
                <w:sz w:val="20"/>
                <w:szCs w:val="18"/>
              </w:rPr>
              <w:t xml:space="preserve">Corresponding </w:t>
            </w:r>
            <w:proofErr w:type="gramStart"/>
            <w:r w:rsidRPr="00A830B9">
              <w:rPr>
                <w:b/>
                <w:sz w:val="20"/>
                <w:szCs w:val="18"/>
              </w:rPr>
              <w:t>Author</w:t>
            </w:r>
            <w:r w:rsidRPr="00A830B9">
              <w:rPr>
                <w:b/>
                <w:sz w:val="20"/>
                <w:szCs w:val="18"/>
              </w:rPr>
              <w:t xml:space="preserve">  Name</w:t>
            </w:r>
            <w:proofErr w:type="gramEnd"/>
          </w:p>
        </w:tc>
        <w:tc>
          <w:tcPr>
            <w:tcW w:w="7248" w:type="dxa"/>
          </w:tcPr>
          <w:p w14:paraId="269A605A" w14:textId="77777777" w:rsidR="006C61C2" w:rsidRDefault="006C61C2"/>
        </w:tc>
      </w:tr>
      <w:tr w:rsidR="006C61C2" w14:paraId="7190AFB8" w14:textId="77777777" w:rsidTr="00A830B9">
        <w:trPr>
          <w:jc w:val="center"/>
        </w:trPr>
        <w:tc>
          <w:tcPr>
            <w:tcW w:w="2971" w:type="dxa"/>
            <w:shd w:val="clear" w:color="auto" w:fill="EAF2F8"/>
          </w:tcPr>
          <w:p w14:paraId="3FDD4D5F" w14:textId="33E00DE8" w:rsidR="006C61C2" w:rsidRPr="00A830B9" w:rsidRDefault="00A830B9" w:rsidP="00A830B9">
            <w:pPr>
              <w:ind w:right="99"/>
              <w:rPr>
                <w:sz w:val="20"/>
                <w:szCs w:val="18"/>
              </w:rPr>
            </w:pPr>
            <w:r w:rsidRPr="00A830B9">
              <w:rPr>
                <w:b/>
                <w:sz w:val="20"/>
                <w:szCs w:val="18"/>
              </w:rPr>
              <w:t xml:space="preserve">All </w:t>
            </w:r>
            <w:r w:rsidRPr="00A830B9">
              <w:rPr>
                <w:b/>
                <w:sz w:val="20"/>
                <w:szCs w:val="18"/>
              </w:rPr>
              <w:t>Author(s)</w:t>
            </w:r>
            <w:r w:rsidRPr="00A830B9">
              <w:rPr>
                <w:b/>
                <w:sz w:val="20"/>
                <w:szCs w:val="18"/>
              </w:rPr>
              <w:t xml:space="preserve"> name</w:t>
            </w:r>
          </w:p>
        </w:tc>
        <w:tc>
          <w:tcPr>
            <w:tcW w:w="7248" w:type="dxa"/>
          </w:tcPr>
          <w:p w14:paraId="27EE0709" w14:textId="77777777" w:rsidR="006C61C2" w:rsidRDefault="006C61C2"/>
        </w:tc>
      </w:tr>
      <w:tr w:rsidR="006C61C2" w14:paraId="2A646AF5" w14:textId="77777777" w:rsidTr="00A830B9">
        <w:trPr>
          <w:jc w:val="center"/>
        </w:trPr>
        <w:tc>
          <w:tcPr>
            <w:tcW w:w="2971" w:type="dxa"/>
            <w:shd w:val="clear" w:color="auto" w:fill="EAF2F8"/>
          </w:tcPr>
          <w:p w14:paraId="56B222AC" w14:textId="77777777" w:rsidR="006C61C2" w:rsidRPr="00A830B9" w:rsidRDefault="00431A26" w:rsidP="00A830B9">
            <w:pPr>
              <w:ind w:right="99"/>
              <w:rPr>
                <w:sz w:val="20"/>
                <w:szCs w:val="18"/>
              </w:rPr>
            </w:pPr>
            <w:r w:rsidRPr="00A830B9">
              <w:rPr>
                <w:b/>
                <w:sz w:val="20"/>
                <w:szCs w:val="18"/>
              </w:rPr>
              <w:t>Email</w:t>
            </w:r>
          </w:p>
        </w:tc>
        <w:tc>
          <w:tcPr>
            <w:tcW w:w="7248" w:type="dxa"/>
          </w:tcPr>
          <w:p w14:paraId="0AE91201" w14:textId="77777777" w:rsidR="006C61C2" w:rsidRDefault="006C61C2"/>
        </w:tc>
      </w:tr>
      <w:tr w:rsidR="006C61C2" w14:paraId="2FA9EA10" w14:textId="77777777" w:rsidTr="00A830B9">
        <w:trPr>
          <w:jc w:val="center"/>
        </w:trPr>
        <w:tc>
          <w:tcPr>
            <w:tcW w:w="2971" w:type="dxa"/>
            <w:shd w:val="clear" w:color="auto" w:fill="EAF2F8"/>
          </w:tcPr>
          <w:p w14:paraId="6968147D" w14:textId="77777777" w:rsidR="006C61C2" w:rsidRPr="00A830B9" w:rsidRDefault="00431A26" w:rsidP="00A830B9">
            <w:pPr>
              <w:ind w:right="99"/>
              <w:rPr>
                <w:sz w:val="20"/>
                <w:szCs w:val="18"/>
              </w:rPr>
            </w:pPr>
            <w:r w:rsidRPr="00A830B9">
              <w:rPr>
                <w:b/>
                <w:sz w:val="20"/>
                <w:szCs w:val="18"/>
              </w:rPr>
              <w:t>Mobile / Contact</w:t>
            </w:r>
          </w:p>
        </w:tc>
        <w:tc>
          <w:tcPr>
            <w:tcW w:w="7248" w:type="dxa"/>
          </w:tcPr>
          <w:p w14:paraId="58E6F74B" w14:textId="77777777" w:rsidR="006C61C2" w:rsidRDefault="006C61C2"/>
        </w:tc>
      </w:tr>
    </w:tbl>
    <w:p w14:paraId="044CE2BE" w14:textId="77777777" w:rsidR="006C61C2" w:rsidRDefault="00431A26">
      <w:pPr>
        <w:pStyle w:val="Heading1"/>
      </w:pPr>
      <w:r>
        <w:t>Copyright and Originality Declaration</w:t>
      </w:r>
    </w:p>
    <w:p w14:paraId="14A33D70" w14:textId="77777777" w:rsidR="006C61C2" w:rsidRPr="00A830B9" w:rsidRDefault="00431A26">
      <w:pPr>
        <w:ind w:left="288" w:hanging="288"/>
        <w:rPr>
          <w:sz w:val="20"/>
          <w:szCs w:val="20"/>
        </w:rPr>
      </w:pPr>
      <w:r w:rsidRPr="00A830B9">
        <w:rPr>
          <w:b/>
          <w:sz w:val="20"/>
          <w:szCs w:val="20"/>
        </w:rPr>
        <w:t xml:space="preserve">1. </w:t>
      </w:r>
      <w:r w:rsidRPr="00A830B9">
        <w:rPr>
          <w:sz w:val="20"/>
          <w:szCs w:val="20"/>
        </w:rPr>
        <w:t>I/We confirm that the submitted manuscript is our original work and has been prepared by the author(s) named above.</w:t>
      </w:r>
    </w:p>
    <w:p w14:paraId="55789DD2" w14:textId="77777777" w:rsidR="006C61C2" w:rsidRPr="00A830B9" w:rsidRDefault="00431A26">
      <w:pPr>
        <w:ind w:left="288" w:hanging="288"/>
        <w:rPr>
          <w:sz w:val="20"/>
          <w:szCs w:val="20"/>
        </w:rPr>
      </w:pPr>
      <w:r w:rsidRPr="00A830B9">
        <w:rPr>
          <w:b/>
          <w:sz w:val="20"/>
          <w:szCs w:val="20"/>
        </w:rPr>
        <w:t xml:space="preserve">2. </w:t>
      </w:r>
      <w:r w:rsidRPr="00A830B9">
        <w:rPr>
          <w:sz w:val="20"/>
          <w:szCs w:val="20"/>
        </w:rPr>
        <w:t>I/We confirm that the manuscript has not been published previously in its present form and is not simultaneously submitted to another journal for publication.</w:t>
      </w:r>
    </w:p>
    <w:p w14:paraId="0F4B5A9B" w14:textId="77777777" w:rsidR="006C61C2" w:rsidRPr="00A830B9" w:rsidRDefault="00431A26">
      <w:pPr>
        <w:ind w:left="288" w:hanging="288"/>
        <w:rPr>
          <w:sz w:val="20"/>
          <w:szCs w:val="20"/>
        </w:rPr>
      </w:pPr>
      <w:r w:rsidRPr="00A830B9">
        <w:rPr>
          <w:b/>
          <w:sz w:val="20"/>
          <w:szCs w:val="20"/>
        </w:rPr>
        <w:t xml:space="preserve">3. </w:t>
      </w:r>
      <w:r w:rsidRPr="00A830B9">
        <w:rPr>
          <w:sz w:val="20"/>
          <w:szCs w:val="20"/>
        </w:rPr>
        <w:t>I/We confirm that the manuscript does not knowingly infringe the copyright, intellectual property, privacy, or other rights of any third party.</w:t>
      </w:r>
    </w:p>
    <w:p w14:paraId="58DFB390" w14:textId="77777777" w:rsidR="006C61C2" w:rsidRPr="00A830B9" w:rsidRDefault="00431A26">
      <w:pPr>
        <w:ind w:left="288" w:hanging="288"/>
        <w:rPr>
          <w:sz w:val="20"/>
          <w:szCs w:val="20"/>
        </w:rPr>
      </w:pPr>
      <w:r w:rsidRPr="00A830B9">
        <w:rPr>
          <w:b/>
          <w:sz w:val="20"/>
          <w:szCs w:val="20"/>
        </w:rPr>
        <w:t xml:space="preserve">4. </w:t>
      </w:r>
      <w:r w:rsidRPr="00A830B9">
        <w:rPr>
          <w:sz w:val="20"/>
          <w:szCs w:val="20"/>
        </w:rPr>
        <w:t>I/We have obtained appropriate permission for any copyrighted material, figures, tables, photographs, or other third-party material reproduced in the manuscript, where such permission is required.</w:t>
      </w:r>
    </w:p>
    <w:p w14:paraId="18F8918D" w14:textId="77777777" w:rsidR="006C61C2" w:rsidRPr="00A830B9" w:rsidRDefault="00431A26">
      <w:pPr>
        <w:ind w:left="288" w:hanging="288"/>
        <w:rPr>
          <w:sz w:val="20"/>
          <w:szCs w:val="20"/>
        </w:rPr>
      </w:pPr>
      <w:r w:rsidRPr="00A830B9">
        <w:rPr>
          <w:b/>
          <w:sz w:val="20"/>
          <w:szCs w:val="20"/>
        </w:rPr>
        <w:t xml:space="preserve">5. </w:t>
      </w:r>
      <w:r w:rsidRPr="00A830B9">
        <w:rPr>
          <w:sz w:val="20"/>
          <w:szCs w:val="20"/>
        </w:rPr>
        <w:t>I/We accept responsibility for the accuracy and integrity of the submitted manuscript and for obtaining any necessary approvals relating to the research.</w:t>
      </w:r>
    </w:p>
    <w:p w14:paraId="12F499D4" w14:textId="77777777" w:rsidR="006C61C2" w:rsidRPr="00A830B9" w:rsidRDefault="00431A26">
      <w:pPr>
        <w:ind w:left="288" w:hanging="288"/>
        <w:rPr>
          <w:sz w:val="20"/>
          <w:szCs w:val="20"/>
        </w:rPr>
      </w:pPr>
      <w:r w:rsidRPr="00A830B9">
        <w:rPr>
          <w:b/>
          <w:sz w:val="20"/>
          <w:szCs w:val="20"/>
        </w:rPr>
        <w:t xml:space="preserve">6. </w:t>
      </w:r>
      <w:r w:rsidRPr="00A830B9">
        <w:rPr>
          <w:sz w:val="20"/>
          <w:szCs w:val="20"/>
        </w:rPr>
        <w:t>If the manuscript is accepted for publication, I/We grant IJMRF the right to publish, reproduce, distribute, and make the article available in its journal and associated electronic publication platforms, subject to the journal's applicable publication policies.</w:t>
      </w:r>
    </w:p>
    <w:p w14:paraId="4CBE180E" w14:textId="77777777" w:rsidR="006C61C2" w:rsidRPr="00A830B9" w:rsidRDefault="00431A26">
      <w:pPr>
        <w:ind w:left="288" w:hanging="288"/>
        <w:rPr>
          <w:sz w:val="20"/>
          <w:szCs w:val="20"/>
        </w:rPr>
      </w:pPr>
      <w:r w:rsidRPr="00A830B9">
        <w:rPr>
          <w:b/>
          <w:sz w:val="20"/>
          <w:szCs w:val="20"/>
        </w:rPr>
        <w:t xml:space="preserve">7. </w:t>
      </w:r>
      <w:r w:rsidRPr="00A830B9">
        <w:rPr>
          <w:sz w:val="20"/>
          <w:szCs w:val="20"/>
        </w:rPr>
        <w:t>I/We understand that authors retain responsibility for the content of the article and that any correction, withdrawal, or ethical issue may be handled according to the journal's applicable editorial policies.</w:t>
      </w:r>
    </w:p>
    <w:p w14:paraId="33ADBA36" w14:textId="77777777" w:rsidR="006C61C2" w:rsidRPr="00A830B9" w:rsidRDefault="00431A26">
      <w:pPr>
        <w:pStyle w:val="Heading1"/>
        <w:rPr>
          <w:sz w:val="24"/>
          <w:szCs w:val="24"/>
        </w:rPr>
      </w:pPr>
      <w:r w:rsidRPr="00A830B9">
        <w:rPr>
          <w:sz w:val="24"/>
          <w:szCs w:val="24"/>
        </w:rPr>
        <w:t>Author Confirmation</w:t>
      </w:r>
    </w:p>
    <w:p w14:paraId="2ACD7D63" w14:textId="77777777" w:rsidR="006C61C2" w:rsidRPr="00A830B9" w:rsidRDefault="00431A26">
      <w:pPr>
        <w:jc w:val="both"/>
        <w:rPr>
          <w:sz w:val="22"/>
          <w:szCs w:val="20"/>
        </w:rPr>
      </w:pPr>
      <w:r w:rsidRPr="00A830B9">
        <w:rPr>
          <w:sz w:val="22"/>
          <w:szCs w:val="20"/>
        </w:rPr>
        <w:t>By signing below, the author(s) confirm that the information provided in this form is accurate and that the declarations above are accepted.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44"/>
        <w:gridCol w:w="6824"/>
      </w:tblGrid>
      <w:tr w:rsidR="006C61C2" w14:paraId="052DD477" w14:textId="77777777" w:rsidTr="00A830B9">
        <w:trPr>
          <w:jc w:val="center"/>
        </w:trPr>
        <w:tc>
          <w:tcPr>
            <w:tcW w:w="3544" w:type="dxa"/>
            <w:shd w:val="clear" w:color="auto" w:fill="EAF2F8"/>
          </w:tcPr>
          <w:p w14:paraId="28501BA7" w14:textId="77777777" w:rsidR="006C61C2" w:rsidRPr="00A830B9" w:rsidRDefault="00431A26">
            <w:pPr>
              <w:rPr>
                <w:sz w:val="20"/>
                <w:szCs w:val="18"/>
              </w:rPr>
            </w:pPr>
            <w:r w:rsidRPr="00A830B9">
              <w:rPr>
                <w:b/>
                <w:sz w:val="20"/>
                <w:szCs w:val="18"/>
              </w:rPr>
              <w:lastRenderedPageBreak/>
              <w:t>Name of Corresponding Author</w:t>
            </w:r>
          </w:p>
        </w:tc>
        <w:tc>
          <w:tcPr>
            <w:tcW w:w="6824" w:type="dxa"/>
          </w:tcPr>
          <w:p w14:paraId="2441A398" w14:textId="77777777" w:rsidR="006C61C2" w:rsidRPr="00A830B9" w:rsidRDefault="006C61C2">
            <w:pPr>
              <w:rPr>
                <w:sz w:val="20"/>
                <w:szCs w:val="18"/>
              </w:rPr>
            </w:pPr>
          </w:p>
        </w:tc>
      </w:tr>
      <w:tr w:rsidR="006C61C2" w14:paraId="6AEC2228" w14:textId="77777777" w:rsidTr="00A830B9">
        <w:trPr>
          <w:jc w:val="center"/>
        </w:trPr>
        <w:tc>
          <w:tcPr>
            <w:tcW w:w="3544" w:type="dxa"/>
            <w:shd w:val="clear" w:color="auto" w:fill="EAF2F8"/>
          </w:tcPr>
          <w:p w14:paraId="4A3C8F54" w14:textId="77777777" w:rsidR="006C61C2" w:rsidRPr="00A830B9" w:rsidRDefault="00431A26">
            <w:pPr>
              <w:rPr>
                <w:sz w:val="20"/>
                <w:szCs w:val="18"/>
              </w:rPr>
            </w:pPr>
            <w:r w:rsidRPr="00A830B9">
              <w:rPr>
                <w:b/>
                <w:sz w:val="20"/>
                <w:szCs w:val="18"/>
              </w:rPr>
              <w:t>Signature</w:t>
            </w:r>
          </w:p>
        </w:tc>
        <w:tc>
          <w:tcPr>
            <w:tcW w:w="6824" w:type="dxa"/>
          </w:tcPr>
          <w:p w14:paraId="105368E7" w14:textId="77777777" w:rsidR="006C61C2" w:rsidRPr="00A830B9" w:rsidRDefault="006C61C2">
            <w:pPr>
              <w:rPr>
                <w:sz w:val="20"/>
                <w:szCs w:val="18"/>
              </w:rPr>
            </w:pPr>
          </w:p>
        </w:tc>
      </w:tr>
      <w:tr w:rsidR="00A830B9" w14:paraId="5DFE0440" w14:textId="77777777" w:rsidTr="00A830B9">
        <w:trPr>
          <w:jc w:val="center"/>
        </w:trPr>
        <w:tc>
          <w:tcPr>
            <w:tcW w:w="3544" w:type="dxa"/>
            <w:shd w:val="clear" w:color="auto" w:fill="EAF2F8"/>
          </w:tcPr>
          <w:p w14:paraId="6B7D2348" w14:textId="06E0134E" w:rsidR="00A830B9" w:rsidRPr="00A830B9" w:rsidRDefault="00A830B9">
            <w:pPr>
              <w:rPr>
                <w:b/>
                <w:sz w:val="20"/>
                <w:szCs w:val="18"/>
              </w:rPr>
            </w:pPr>
            <w:r w:rsidRPr="00A830B9">
              <w:rPr>
                <w:b/>
                <w:sz w:val="20"/>
                <w:szCs w:val="18"/>
              </w:rPr>
              <w:t>Organization/Institute</w:t>
            </w:r>
          </w:p>
        </w:tc>
        <w:tc>
          <w:tcPr>
            <w:tcW w:w="6824" w:type="dxa"/>
          </w:tcPr>
          <w:p w14:paraId="3ABF7526" w14:textId="77777777" w:rsidR="00A830B9" w:rsidRPr="00A830B9" w:rsidRDefault="00A830B9">
            <w:pPr>
              <w:rPr>
                <w:sz w:val="20"/>
                <w:szCs w:val="18"/>
              </w:rPr>
            </w:pPr>
          </w:p>
        </w:tc>
      </w:tr>
      <w:tr w:rsidR="006C61C2" w14:paraId="0CC32A3F" w14:textId="77777777" w:rsidTr="00A830B9">
        <w:trPr>
          <w:jc w:val="center"/>
        </w:trPr>
        <w:tc>
          <w:tcPr>
            <w:tcW w:w="3544" w:type="dxa"/>
            <w:shd w:val="clear" w:color="auto" w:fill="EAF2F8"/>
          </w:tcPr>
          <w:p w14:paraId="7FE75A3B" w14:textId="77777777" w:rsidR="006C61C2" w:rsidRPr="00A830B9" w:rsidRDefault="00431A26">
            <w:pPr>
              <w:rPr>
                <w:sz w:val="20"/>
                <w:szCs w:val="18"/>
              </w:rPr>
            </w:pPr>
            <w:r w:rsidRPr="00A830B9">
              <w:rPr>
                <w:b/>
                <w:sz w:val="20"/>
                <w:szCs w:val="18"/>
              </w:rPr>
              <w:t>Date</w:t>
            </w:r>
          </w:p>
        </w:tc>
        <w:tc>
          <w:tcPr>
            <w:tcW w:w="6824" w:type="dxa"/>
          </w:tcPr>
          <w:p w14:paraId="697D7374" w14:textId="77777777" w:rsidR="006C61C2" w:rsidRPr="00A830B9" w:rsidRDefault="006C61C2">
            <w:pPr>
              <w:rPr>
                <w:sz w:val="20"/>
                <w:szCs w:val="18"/>
              </w:rPr>
            </w:pPr>
          </w:p>
        </w:tc>
      </w:tr>
      <w:tr w:rsidR="006C61C2" w14:paraId="69658CC0" w14:textId="77777777" w:rsidTr="00A830B9">
        <w:trPr>
          <w:jc w:val="center"/>
        </w:trPr>
        <w:tc>
          <w:tcPr>
            <w:tcW w:w="3544" w:type="dxa"/>
            <w:shd w:val="clear" w:color="auto" w:fill="EAF2F8"/>
          </w:tcPr>
          <w:p w14:paraId="36386517" w14:textId="77777777" w:rsidR="006C61C2" w:rsidRPr="00A830B9" w:rsidRDefault="00431A26">
            <w:pPr>
              <w:rPr>
                <w:sz w:val="20"/>
                <w:szCs w:val="18"/>
              </w:rPr>
            </w:pPr>
            <w:r w:rsidRPr="00A830B9">
              <w:rPr>
                <w:b/>
                <w:sz w:val="20"/>
                <w:szCs w:val="18"/>
              </w:rPr>
              <w:t>Place</w:t>
            </w:r>
          </w:p>
        </w:tc>
        <w:tc>
          <w:tcPr>
            <w:tcW w:w="6824" w:type="dxa"/>
          </w:tcPr>
          <w:p w14:paraId="2C8AF1A8" w14:textId="77777777" w:rsidR="006C61C2" w:rsidRPr="00A830B9" w:rsidRDefault="006C61C2">
            <w:pPr>
              <w:rPr>
                <w:sz w:val="20"/>
                <w:szCs w:val="18"/>
              </w:rPr>
            </w:pPr>
          </w:p>
        </w:tc>
      </w:tr>
    </w:tbl>
    <w:p w14:paraId="77D58FF7" w14:textId="77777777" w:rsidR="006C61C2" w:rsidRPr="00A830B9" w:rsidRDefault="00431A26">
      <w:pPr>
        <w:spacing w:before="240"/>
        <w:rPr>
          <w:sz w:val="20"/>
          <w:szCs w:val="18"/>
        </w:rPr>
      </w:pPr>
      <w:r w:rsidRPr="00A830B9">
        <w:rPr>
          <w:b/>
          <w:sz w:val="20"/>
          <w:szCs w:val="18"/>
        </w:rPr>
        <w:t xml:space="preserve">For multiple authors: </w:t>
      </w:r>
      <w:r w:rsidRPr="00A830B9">
        <w:rPr>
          <w:sz w:val="20"/>
          <w:szCs w:val="18"/>
        </w:rPr>
        <w:t>The corresponding author confirms that all co-authors have reviewed and approved the manuscript and this declaration.</w:t>
      </w:r>
    </w:p>
    <w:sectPr w:rsidR="006C61C2" w:rsidRPr="00A830B9" w:rsidSect="00943D59">
      <w:headerReference w:type="default" r:id="rId8"/>
      <w:footerReference w:type="default" r:id="rId9"/>
      <w:pgSz w:w="12240" w:h="15840"/>
      <w:pgMar w:top="720" w:right="720" w:bottom="720" w:left="720" w:header="36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7A2BE" w14:textId="77777777" w:rsidR="00431A26" w:rsidRDefault="00431A26">
      <w:pPr>
        <w:spacing w:after="0" w:line="240" w:lineRule="auto"/>
      </w:pPr>
      <w:r>
        <w:separator/>
      </w:r>
    </w:p>
  </w:endnote>
  <w:endnote w:type="continuationSeparator" w:id="0">
    <w:p w14:paraId="04F18FB6" w14:textId="77777777" w:rsidR="00431A26" w:rsidRDefault="0043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BE323" w14:textId="5885D38A" w:rsidR="006C61C2" w:rsidRDefault="00431A26">
    <w:pPr>
      <w:pStyle w:val="Footer"/>
      <w:jc w:val="center"/>
    </w:pPr>
    <w:r>
      <w:rPr>
        <w:sz w:val="18"/>
      </w:rPr>
      <w:t xml:space="preserve">IJMRF • p-ISSN 3117-5066 • e-ISSN 3117-5074   |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A93D7" w14:textId="77777777" w:rsidR="00431A26" w:rsidRDefault="00431A26">
      <w:pPr>
        <w:spacing w:after="0" w:line="240" w:lineRule="auto"/>
      </w:pPr>
      <w:r>
        <w:separator/>
      </w:r>
    </w:p>
  </w:footnote>
  <w:footnote w:type="continuationSeparator" w:id="0">
    <w:p w14:paraId="28299E20" w14:textId="77777777" w:rsidR="00431A26" w:rsidRDefault="00431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Look w:val="04A0" w:firstRow="1" w:lastRow="0" w:firstColumn="1" w:lastColumn="0" w:noHBand="0" w:noVBand="1"/>
    </w:tblPr>
    <w:tblGrid>
      <w:gridCol w:w="2806"/>
      <w:gridCol w:w="5404"/>
      <w:gridCol w:w="2279"/>
    </w:tblGrid>
    <w:tr w:rsidR="00943D59" w:rsidRPr="00943D59" w14:paraId="2BD7A751" w14:textId="77777777" w:rsidTr="00A830B9">
      <w:trPr>
        <w:trHeight w:val="397"/>
        <w:jc w:val="center"/>
      </w:trPr>
      <w:tc>
        <w:tcPr>
          <w:tcW w:w="2806" w:type="dxa"/>
          <w:vMerge w:val="restart"/>
          <w:vAlign w:val="center"/>
        </w:tcPr>
        <w:p w14:paraId="630B63AD" w14:textId="77777777" w:rsidR="00943D59" w:rsidRPr="00943D59" w:rsidRDefault="00943D59" w:rsidP="00943D59">
          <w:pPr>
            <w:pStyle w:val="Header"/>
            <w:rPr>
              <w:b/>
              <w:lang w:val="fr-FR"/>
            </w:rPr>
          </w:pPr>
          <w:r w:rsidRPr="00943D59">
            <w:rPr>
              <w:b/>
              <w:lang w:val="fr-FR"/>
            </w:rPr>
            <w:drawing>
              <wp:inline distT="0" distB="0" distL="0" distR="0" wp14:anchorId="1B35C309" wp14:editId="7887F26E">
                <wp:extent cx="1440180" cy="1310640"/>
                <wp:effectExtent l="0" t="0" r="7620" b="0"/>
                <wp:docPr id="51437190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4371903" name="Picture 51437190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180" cy="1310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4" w:type="dxa"/>
          <w:vMerge w:val="restart"/>
          <w:vAlign w:val="center"/>
        </w:tcPr>
        <w:p w14:paraId="46FBD97C" w14:textId="3177A940" w:rsidR="00943D59" w:rsidRPr="00943D59" w:rsidRDefault="00943D59" w:rsidP="00A830B9">
          <w:pPr>
            <w:pStyle w:val="Header"/>
            <w:spacing w:before="120"/>
            <w:jc w:val="center"/>
            <w:rPr>
              <w:b/>
              <w:lang w:val="fr-FR"/>
            </w:rPr>
          </w:pPr>
          <w:bookmarkStart w:id="0" w:name="_Hlk63187445"/>
          <w:bookmarkStart w:id="1" w:name="_Hlk240824239"/>
          <w:r w:rsidRPr="00943D59">
            <w:rPr>
              <w:b/>
              <w:lang w:val="fr-FR"/>
            </w:rPr>
            <w:t>INTERNATIONAL JOURNAL OF MULTIDISCIPLINARY RESEARCH FIELD</w:t>
          </w:r>
          <w:r>
            <w:rPr>
              <w:b/>
              <w:lang w:val="fr-FR"/>
            </w:rPr>
            <w:t xml:space="preserve"> (IJMRF)</w:t>
          </w:r>
        </w:p>
        <w:bookmarkEnd w:id="1"/>
        <w:p w14:paraId="46D34AA1" w14:textId="2C3D2C53" w:rsidR="00943D59" w:rsidRDefault="00943D59" w:rsidP="00943D59">
          <w:pPr>
            <w:pStyle w:val="Header"/>
            <w:jc w:val="center"/>
            <w:rPr>
              <w:b/>
              <w:sz w:val="20"/>
              <w:szCs w:val="18"/>
              <w:lang w:val="fr-FR"/>
            </w:rPr>
          </w:pPr>
          <w:r w:rsidRPr="00943D59">
            <w:rPr>
              <w:b/>
              <w:sz w:val="20"/>
              <w:szCs w:val="18"/>
              <w:lang w:val="fr-FR"/>
            </w:rPr>
            <w:t xml:space="preserve">(International </w:t>
          </w:r>
          <w:r>
            <w:rPr>
              <w:b/>
              <w:sz w:val="20"/>
              <w:szCs w:val="18"/>
              <w:lang w:val="fr-FR"/>
            </w:rPr>
            <w:t>Peer-</w:t>
          </w:r>
          <w:proofErr w:type="spellStart"/>
          <w:r>
            <w:rPr>
              <w:b/>
              <w:sz w:val="20"/>
              <w:szCs w:val="18"/>
              <w:lang w:val="fr-FR"/>
            </w:rPr>
            <w:t>Reviewed</w:t>
          </w:r>
          <w:proofErr w:type="spellEnd"/>
          <w:r w:rsidRPr="00943D59">
            <w:rPr>
              <w:b/>
              <w:sz w:val="20"/>
              <w:szCs w:val="18"/>
              <w:lang w:val="fr-FR"/>
            </w:rPr>
            <w:t xml:space="preserve">, </w:t>
          </w:r>
          <w:proofErr w:type="spellStart"/>
          <w:r w:rsidRPr="00943D59">
            <w:rPr>
              <w:b/>
              <w:sz w:val="20"/>
              <w:szCs w:val="18"/>
              <w:lang w:val="fr-FR"/>
            </w:rPr>
            <w:t>Multidisciplinary</w:t>
          </w:r>
          <w:proofErr w:type="spellEnd"/>
          <w:r w:rsidRPr="00943D59">
            <w:rPr>
              <w:b/>
              <w:sz w:val="20"/>
              <w:szCs w:val="18"/>
              <w:lang w:val="fr-FR"/>
            </w:rPr>
            <w:t xml:space="preserve"> Journal)</w:t>
          </w:r>
        </w:p>
        <w:p w14:paraId="53EA44C7" w14:textId="77777777" w:rsidR="00A830B9" w:rsidRDefault="00943D59" w:rsidP="00A830B9">
          <w:pPr>
            <w:spacing w:before="120" w:after="0"/>
            <w:jc w:val="center"/>
            <w:rPr>
              <w:b/>
              <w:sz w:val="28"/>
              <w:szCs w:val="20"/>
            </w:rPr>
          </w:pPr>
          <w:r w:rsidRPr="00943D59">
            <w:rPr>
              <w:b/>
              <w:sz w:val="28"/>
              <w:szCs w:val="20"/>
            </w:rPr>
            <w:t xml:space="preserve">COPYRIGHT TRANSFER </w:t>
          </w:r>
        </w:p>
        <w:p w14:paraId="3334461E" w14:textId="5DE27689" w:rsidR="00943D59" w:rsidRDefault="00943D59" w:rsidP="00A830B9">
          <w:pPr>
            <w:spacing w:after="0"/>
            <w:jc w:val="center"/>
            <w:rPr>
              <w:b/>
              <w:sz w:val="28"/>
              <w:szCs w:val="20"/>
            </w:rPr>
          </w:pPr>
          <w:r w:rsidRPr="00943D59">
            <w:rPr>
              <w:b/>
              <w:sz w:val="28"/>
              <w:szCs w:val="20"/>
            </w:rPr>
            <w:t xml:space="preserve">&amp; </w:t>
          </w:r>
        </w:p>
        <w:p w14:paraId="32E2E180" w14:textId="550FC133" w:rsidR="00943D59" w:rsidRPr="00943D59" w:rsidRDefault="00943D59" w:rsidP="00A830B9">
          <w:pPr>
            <w:spacing w:after="0"/>
            <w:jc w:val="center"/>
            <w:rPr>
              <w:sz w:val="22"/>
              <w:szCs w:val="20"/>
            </w:rPr>
          </w:pPr>
          <w:r w:rsidRPr="00943D59">
            <w:rPr>
              <w:b/>
              <w:sz w:val="28"/>
              <w:szCs w:val="20"/>
            </w:rPr>
            <w:t>AUTHOR DECLARATION FORM</w:t>
          </w:r>
        </w:p>
      </w:tc>
      <w:bookmarkEnd w:id="0"/>
      <w:tc>
        <w:tcPr>
          <w:tcW w:w="2279" w:type="dxa"/>
          <w:vAlign w:val="center"/>
        </w:tcPr>
        <w:p w14:paraId="44F1AB44" w14:textId="77777777" w:rsidR="00943D59" w:rsidRPr="00943D59" w:rsidRDefault="00943D59" w:rsidP="00943D59">
          <w:pPr>
            <w:pStyle w:val="Header"/>
            <w:jc w:val="center"/>
            <w:rPr>
              <w:b/>
              <w:sz w:val="12"/>
              <w:szCs w:val="10"/>
            </w:rPr>
          </w:pPr>
        </w:p>
        <w:p w14:paraId="06441949" w14:textId="77777777" w:rsidR="00943D59" w:rsidRPr="00943D59" w:rsidRDefault="00943D59" w:rsidP="00943D59">
          <w:pPr>
            <w:pStyle w:val="Header"/>
            <w:jc w:val="center"/>
            <w:rPr>
              <w:b/>
              <w:sz w:val="20"/>
              <w:szCs w:val="18"/>
            </w:rPr>
          </w:pPr>
          <w:r w:rsidRPr="00943D59">
            <w:rPr>
              <w:b/>
              <w:sz w:val="20"/>
              <w:szCs w:val="18"/>
            </w:rPr>
            <w:t>www.ijmrf.com</w:t>
          </w:r>
        </w:p>
        <w:p w14:paraId="7D8AC73A" w14:textId="77777777" w:rsidR="00943D59" w:rsidRPr="00943D59" w:rsidRDefault="00943D59" w:rsidP="00943D59">
          <w:pPr>
            <w:pStyle w:val="Header"/>
            <w:jc w:val="center"/>
            <w:rPr>
              <w:b/>
              <w:sz w:val="8"/>
              <w:szCs w:val="6"/>
            </w:rPr>
          </w:pPr>
        </w:p>
        <w:p w14:paraId="500A07BC" w14:textId="77777777" w:rsidR="00943D59" w:rsidRPr="00943D59" w:rsidRDefault="00943D59" w:rsidP="00943D59">
          <w:pPr>
            <w:pStyle w:val="Header"/>
            <w:jc w:val="center"/>
            <w:rPr>
              <w:b/>
              <w:sz w:val="20"/>
              <w:szCs w:val="18"/>
              <w:lang w:val="fr-FR"/>
            </w:rPr>
          </w:pPr>
          <w:r w:rsidRPr="00943D59">
            <w:rPr>
              <w:b/>
              <w:sz w:val="20"/>
              <w:szCs w:val="18"/>
            </w:rPr>
            <w:t>editor@ijmrf.com</w:t>
          </w:r>
        </w:p>
      </w:tc>
    </w:tr>
    <w:tr w:rsidR="00943D59" w:rsidRPr="00943D59" w14:paraId="6E2BA3BF" w14:textId="77777777" w:rsidTr="00A830B9">
      <w:trPr>
        <w:trHeight w:val="1242"/>
        <w:jc w:val="center"/>
      </w:trPr>
      <w:tc>
        <w:tcPr>
          <w:tcW w:w="2806" w:type="dxa"/>
          <w:vMerge/>
          <w:vAlign w:val="center"/>
        </w:tcPr>
        <w:p w14:paraId="0B3A971C" w14:textId="77777777" w:rsidR="00943D59" w:rsidRPr="00943D59" w:rsidRDefault="00943D59" w:rsidP="00943D59">
          <w:pPr>
            <w:pStyle w:val="Header"/>
            <w:rPr>
              <w:b/>
              <w:lang w:val="fr-FR"/>
            </w:rPr>
          </w:pPr>
        </w:p>
      </w:tc>
      <w:tc>
        <w:tcPr>
          <w:tcW w:w="5404" w:type="dxa"/>
          <w:vMerge/>
          <w:vAlign w:val="center"/>
        </w:tcPr>
        <w:p w14:paraId="61C3C7FD" w14:textId="77777777" w:rsidR="00943D59" w:rsidRPr="00943D59" w:rsidRDefault="00943D59" w:rsidP="00943D59">
          <w:pPr>
            <w:pStyle w:val="Header"/>
            <w:rPr>
              <w:b/>
              <w:lang w:val="fr-FR"/>
            </w:rPr>
          </w:pPr>
        </w:p>
      </w:tc>
      <w:tc>
        <w:tcPr>
          <w:tcW w:w="2279" w:type="dxa"/>
          <w:vAlign w:val="center"/>
        </w:tcPr>
        <w:p w14:paraId="4E8FE67F" w14:textId="7F5D3D0D" w:rsidR="00943D59" w:rsidRPr="00943D59" w:rsidRDefault="00943D59" w:rsidP="00943D59">
          <w:pPr>
            <w:pStyle w:val="Header"/>
            <w:jc w:val="center"/>
            <w:rPr>
              <w:b/>
              <w:sz w:val="20"/>
              <w:szCs w:val="18"/>
            </w:rPr>
          </w:pPr>
          <w:r w:rsidRPr="00943D59">
            <w:rPr>
              <w:b/>
              <w:sz w:val="20"/>
              <w:szCs w:val="18"/>
            </w:rPr>
            <w:t>p-ISSN 3117-5066</w:t>
          </w:r>
        </w:p>
        <w:p w14:paraId="018A62B8" w14:textId="77777777" w:rsidR="00943D59" w:rsidRPr="00943D59" w:rsidRDefault="00943D59" w:rsidP="00943D59">
          <w:pPr>
            <w:pStyle w:val="Header"/>
            <w:jc w:val="center"/>
            <w:rPr>
              <w:b/>
              <w:sz w:val="8"/>
              <w:szCs w:val="6"/>
            </w:rPr>
          </w:pPr>
        </w:p>
        <w:p w14:paraId="34F9D262" w14:textId="77777777" w:rsidR="00943D59" w:rsidRPr="00943D59" w:rsidRDefault="00943D59" w:rsidP="00943D59">
          <w:pPr>
            <w:pStyle w:val="Header"/>
            <w:jc w:val="center"/>
            <w:rPr>
              <w:b/>
              <w:sz w:val="20"/>
              <w:szCs w:val="18"/>
            </w:rPr>
          </w:pPr>
          <w:r w:rsidRPr="00943D59">
            <w:rPr>
              <w:b/>
              <w:sz w:val="20"/>
              <w:szCs w:val="18"/>
            </w:rPr>
            <w:t>e-ISSN 3117-5074</w:t>
          </w:r>
        </w:p>
        <w:p w14:paraId="6F08D384" w14:textId="77777777" w:rsidR="00943D59" w:rsidRPr="00943D59" w:rsidRDefault="00943D59" w:rsidP="00943D59">
          <w:pPr>
            <w:pStyle w:val="Header"/>
            <w:jc w:val="center"/>
            <w:rPr>
              <w:b/>
              <w:sz w:val="8"/>
              <w:szCs w:val="6"/>
              <w:lang w:val="fr-FR"/>
            </w:rPr>
          </w:pPr>
        </w:p>
        <w:p w14:paraId="40A75318" w14:textId="77777777" w:rsidR="00943D59" w:rsidRPr="00943D59" w:rsidRDefault="00943D59" w:rsidP="00943D59">
          <w:pPr>
            <w:pStyle w:val="Header"/>
            <w:jc w:val="center"/>
            <w:rPr>
              <w:b/>
              <w:sz w:val="20"/>
              <w:szCs w:val="18"/>
              <w:lang w:val="fr-FR"/>
            </w:rPr>
          </w:pPr>
          <w:proofErr w:type="gramStart"/>
          <w:r w:rsidRPr="00943D59">
            <w:rPr>
              <w:b/>
              <w:sz w:val="20"/>
              <w:szCs w:val="18"/>
              <w:lang w:val="fr-FR"/>
            </w:rPr>
            <w:t>Impact  Factor</w:t>
          </w:r>
          <w:proofErr w:type="gramEnd"/>
          <w:r w:rsidRPr="00943D59">
            <w:rPr>
              <w:b/>
              <w:sz w:val="20"/>
              <w:szCs w:val="18"/>
              <w:lang w:val="fr-FR"/>
            </w:rPr>
            <w:t> : 7.954</w:t>
          </w:r>
        </w:p>
      </w:tc>
    </w:tr>
  </w:tbl>
  <w:p w14:paraId="3C0F4ACD" w14:textId="195167E4" w:rsidR="006C61C2" w:rsidRPr="00A830B9" w:rsidRDefault="006C61C2" w:rsidP="00943D59">
    <w:pPr>
      <w:pStyle w:val="Header"/>
      <w:rPr>
        <w:sz w:val="10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697290">
    <w:abstractNumId w:val="8"/>
  </w:num>
  <w:num w:numId="2" w16cid:durableId="1782408723">
    <w:abstractNumId w:val="6"/>
  </w:num>
  <w:num w:numId="3" w16cid:durableId="1953630657">
    <w:abstractNumId w:val="5"/>
  </w:num>
  <w:num w:numId="4" w16cid:durableId="905915928">
    <w:abstractNumId w:val="4"/>
  </w:num>
  <w:num w:numId="5" w16cid:durableId="512691836">
    <w:abstractNumId w:val="7"/>
  </w:num>
  <w:num w:numId="6" w16cid:durableId="397940224">
    <w:abstractNumId w:val="3"/>
  </w:num>
  <w:num w:numId="7" w16cid:durableId="1050306227">
    <w:abstractNumId w:val="2"/>
  </w:num>
  <w:num w:numId="8" w16cid:durableId="1881433339">
    <w:abstractNumId w:val="1"/>
  </w:num>
  <w:num w:numId="9" w16cid:durableId="1566648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31A26"/>
    <w:rsid w:val="006C61C2"/>
    <w:rsid w:val="00943D59"/>
    <w:rsid w:val="00A830B9"/>
    <w:rsid w:val="00AA1D8D"/>
    <w:rsid w:val="00B47730"/>
    <w:rsid w:val="00C26E0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CAF4F8"/>
  <w14:defaultImageDpi w14:val="300"/>
  <w15:docId w15:val="{4867ACA5-ECBD-4C80-8211-76A7C6934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ANKUR DESHWALI</cp:lastModifiedBy>
  <cp:revision>2</cp:revision>
  <dcterms:created xsi:type="dcterms:W3CDTF">2026-09-20T15:46:00Z</dcterms:created>
  <dcterms:modified xsi:type="dcterms:W3CDTF">2026-09-20T15:46:00Z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b629be0b-24c4-48bd-8611-ffa2e4c7101f</vt:lpwstr>
  </property>
</Properties>
</file>